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0E323" w14:textId="2988637E" w:rsidR="00E2686E" w:rsidRPr="007E349F" w:rsidRDefault="00534F40" w:rsidP="007E349F">
      <w:pPr>
        <w:pStyle w:val="1"/>
        <w:jc w:val="center"/>
        <w:rPr>
          <w:sz w:val="36"/>
          <w:szCs w:val="36"/>
        </w:rPr>
      </w:pPr>
      <w:proofErr w:type="spellStart"/>
      <w:r w:rsidRPr="007E349F">
        <w:rPr>
          <w:sz w:val="36"/>
          <w:szCs w:val="36"/>
        </w:rPr>
        <w:t>網站內容規劃學習單</w:t>
      </w:r>
      <w:proofErr w:type="spellEnd"/>
    </w:p>
    <w:p w14:paraId="7D36B158" w14:textId="3B10EEDF" w:rsidR="00E2686E" w:rsidRDefault="00534F40">
      <w:pPr>
        <w:pStyle w:val="21"/>
      </w:pPr>
      <w:proofErr w:type="spellStart"/>
      <w:r>
        <w:t>一、網站定位（</w:t>
      </w:r>
      <w:r>
        <w:t>Purpose</w:t>
      </w:r>
      <w:proofErr w:type="spellEnd"/>
      <w:r>
        <w:t xml:space="preserve"> &amp; Audience</w:t>
      </w:r>
      <w:r>
        <w:t>）</w:t>
      </w:r>
    </w:p>
    <w:p w14:paraId="363E7215" w14:textId="77777777" w:rsidR="00E2686E" w:rsidRDefault="00534F40">
      <w:r>
        <w:t>目的：釐清網站存在的價值與核心目標。</w:t>
      </w:r>
    </w:p>
    <w:tbl>
      <w:tblPr>
        <w:tblStyle w:val="aff2"/>
        <w:tblW w:w="9180" w:type="dxa"/>
        <w:tblLook w:val="04A0" w:firstRow="1" w:lastRow="0" w:firstColumn="1" w:lastColumn="0" w:noHBand="0" w:noVBand="1"/>
      </w:tblPr>
      <w:tblGrid>
        <w:gridCol w:w="3227"/>
        <w:gridCol w:w="5953"/>
      </w:tblGrid>
      <w:tr w:rsidR="00E2686E" w14:paraId="789C1956" w14:textId="77777777" w:rsidTr="007E349F">
        <w:tc>
          <w:tcPr>
            <w:tcW w:w="3227" w:type="dxa"/>
          </w:tcPr>
          <w:p w14:paraId="14AB65E0" w14:textId="77777777" w:rsidR="00E2686E" w:rsidRDefault="00534F40">
            <w:proofErr w:type="spellStart"/>
            <w:r>
              <w:t>題目</w:t>
            </w:r>
            <w:proofErr w:type="spellEnd"/>
          </w:p>
        </w:tc>
        <w:tc>
          <w:tcPr>
            <w:tcW w:w="5953" w:type="dxa"/>
          </w:tcPr>
          <w:p w14:paraId="0E6FF87A" w14:textId="77777777" w:rsidR="00E2686E" w:rsidRDefault="00534F40">
            <w:r>
              <w:t>指引說明</w:t>
            </w:r>
          </w:p>
        </w:tc>
      </w:tr>
      <w:tr w:rsidR="00E2686E" w14:paraId="75E42D96" w14:textId="77777777" w:rsidTr="007E349F">
        <w:tc>
          <w:tcPr>
            <w:tcW w:w="3227" w:type="dxa"/>
          </w:tcPr>
          <w:p w14:paraId="17850137" w14:textId="77777777" w:rsidR="00E2686E" w:rsidRDefault="00534F40">
            <w:r>
              <w:t xml:space="preserve">1. </w:t>
            </w:r>
            <w:r>
              <w:t>網站名稱／暫定名稱</w:t>
            </w:r>
          </w:p>
        </w:tc>
        <w:tc>
          <w:tcPr>
            <w:tcW w:w="5953" w:type="dxa"/>
          </w:tcPr>
          <w:p w14:paraId="648C4FF4" w14:textId="77777777" w:rsidR="00E2686E" w:rsidRPr="005F4935" w:rsidRDefault="00534F40">
            <w:pPr>
              <w:rPr>
                <w:color w:val="FF0000"/>
                <w:lang w:eastAsia="zh-TW"/>
              </w:rPr>
            </w:pPr>
            <w:r w:rsidRPr="005F4935">
              <w:rPr>
                <w:color w:val="FF0000"/>
                <w:lang w:eastAsia="zh-TW"/>
              </w:rPr>
              <w:t>想讓人第一眼知道什麼？</w:t>
            </w:r>
          </w:p>
        </w:tc>
      </w:tr>
      <w:tr w:rsidR="00E2686E" w14:paraId="30252278" w14:textId="77777777" w:rsidTr="007E349F">
        <w:tc>
          <w:tcPr>
            <w:tcW w:w="3227" w:type="dxa"/>
          </w:tcPr>
          <w:p w14:paraId="4DB5CD8D" w14:textId="77777777" w:rsidR="00E2686E" w:rsidRDefault="00534F40">
            <w:r>
              <w:t xml:space="preserve">2. </w:t>
            </w:r>
            <w:proofErr w:type="spellStart"/>
            <w:r>
              <w:t>網站主要目的</w:t>
            </w:r>
            <w:proofErr w:type="spellEnd"/>
          </w:p>
        </w:tc>
        <w:tc>
          <w:tcPr>
            <w:tcW w:w="5953" w:type="dxa"/>
          </w:tcPr>
          <w:p w14:paraId="529B7004" w14:textId="77777777" w:rsidR="00E2686E" w:rsidRPr="005F4935" w:rsidRDefault="00534F40">
            <w:pPr>
              <w:rPr>
                <w:color w:val="FF0000"/>
                <w:lang w:eastAsia="zh-TW"/>
              </w:rPr>
            </w:pPr>
            <w:r w:rsidRPr="005F4935">
              <w:rPr>
                <w:color w:val="FF0000"/>
                <w:lang w:eastAsia="zh-TW"/>
              </w:rPr>
              <w:t>宣傳？教育？銷售？作品展示？</w:t>
            </w:r>
          </w:p>
        </w:tc>
      </w:tr>
      <w:tr w:rsidR="00E2686E" w14:paraId="410311D6" w14:textId="77777777" w:rsidTr="007E349F">
        <w:tc>
          <w:tcPr>
            <w:tcW w:w="3227" w:type="dxa"/>
          </w:tcPr>
          <w:p w14:paraId="1BA82758" w14:textId="77777777" w:rsidR="00E2686E" w:rsidRDefault="00534F40">
            <w:r>
              <w:t xml:space="preserve">3. </w:t>
            </w:r>
            <w:proofErr w:type="spellStart"/>
            <w:r>
              <w:t>主要受眾</w:t>
            </w:r>
            <w:proofErr w:type="spellEnd"/>
          </w:p>
        </w:tc>
        <w:tc>
          <w:tcPr>
            <w:tcW w:w="5953" w:type="dxa"/>
          </w:tcPr>
          <w:p w14:paraId="1CFA14F7" w14:textId="77777777" w:rsidR="00E2686E" w:rsidRPr="005F4935" w:rsidRDefault="00534F40">
            <w:pPr>
              <w:rPr>
                <w:color w:val="FF0000"/>
                <w:lang w:eastAsia="zh-TW"/>
              </w:rPr>
            </w:pPr>
            <w:r w:rsidRPr="005F4935">
              <w:rPr>
                <w:color w:val="FF0000"/>
                <w:lang w:eastAsia="zh-TW"/>
              </w:rPr>
              <w:t>誰會來看？他們為什麼會想看？（可畫人物</w:t>
            </w:r>
            <w:proofErr w:type="gramStart"/>
            <w:r w:rsidRPr="005F4935">
              <w:rPr>
                <w:color w:val="FF0000"/>
                <w:lang w:eastAsia="zh-TW"/>
              </w:rPr>
              <w:t>誌</w:t>
            </w:r>
            <w:proofErr w:type="gramEnd"/>
            <w:r w:rsidRPr="005F4935">
              <w:rPr>
                <w:color w:val="FF0000"/>
                <w:lang w:eastAsia="zh-TW"/>
              </w:rPr>
              <w:t xml:space="preserve"> Persona</w:t>
            </w:r>
            <w:r w:rsidRPr="005F4935">
              <w:rPr>
                <w:color w:val="FF0000"/>
                <w:lang w:eastAsia="zh-TW"/>
              </w:rPr>
              <w:t>）</w:t>
            </w:r>
          </w:p>
        </w:tc>
      </w:tr>
      <w:tr w:rsidR="00E2686E" w14:paraId="5C3328DF" w14:textId="77777777" w:rsidTr="007E349F">
        <w:tc>
          <w:tcPr>
            <w:tcW w:w="3227" w:type="dxa"/>
          </w:tcPr>
          <w:p w14:paraId="2DD00ADF" w14:textId="77777777" w:rsidR="00E2686E" w:rsidRDefault="00534F40">
            <w:r>
              <w:t xml:space="preserve">4. </w:t>
            </w:r>
            <w:proofErr w:type="spellStart"/>
            <w:r>
              <w:t>使用者需求</w:t>
            </w:r>
            <w:proofErr w:type="spellEnd"/>
          </w:p>
        </w:tc>
        <w:tc>
          <w:tcPr>
            <w:tcW w:w="5953" w:type="dxa"/>
          </w:tcPr>
          <w:p w14:paraId="213DD578" w14:textId="77777777" w:rsidR="00E2686E" w:rsidRPr="005F4935" w:rsidRDefault="00534F40">
            <w:pPr>
              <w:rPr>
                <w:color w:val="FF0000"/>
                <w:lang w:eastAsia="zh-TW"/>
              </w:rPr>
            </w:pPr>
            <w:r w:rsidRPr="005F4935">
              <w:rPr>
                <w:color w:val="FF0000"/>
                <w:lang w:eastAsia="zh-TW"/>
              </w:rPr>
              <w:t>他們希望在網站上完成什麼事？</w:t>
            </w:r>
            <w:proofErr w:type="gramStart"/>
            <w:r w:rsidRPr="005F4935">
              <w:rPr>
                <w:color w:val="FF0000"/>
                <w:lang w:eastAsia="zh-TW"/>
              </w:rPr>
              <w:t>（</w:t>
            </w:r>
            <w:proofErr w:type="gramEnd"/>
            <w:r w:rsidRPr="005F4935">
              <w:rPr>
                <w:color w:val="FF0000"/>
                <w:lang w:eastAsia="zh-TW"/>
              </w:rPr>
              <w:t>如：找到資訊、報名活動、購買商品等</w:t>
            </w:r>
            <w:proofErr w:type="gramStart"/>
            <w:r w:rsidRPr="005F4935">
              <w:rPr>
                <w:color w:val="FF0000"/>
                <w:lang w:eastAsia="zh-TW"/>
              </w:rPr>
              <w:t>）</w:t>
            </w:r>
            <w:proofErr w:type="gramEnd"/>
          </w:p>
        </w:tc>
      </w:tr>
      <w:tr w:rsidR="00E2686E" w14:paraId="623C4F11" w14:textId="77777777" w:rsidTr="007E349F">
        <w:tc>
          <w:tcPr>
            <w:tcW w:w="3227" w:type="dxa"/>
          </w:tcPr>
          <w:p w14:paraId="31B3C968" w14:textId="77777777" w:rsidR="00E2686E" w:rsidRDefault="00534F40">
            <w:r>
              <w:t xml:space="preserve">5. </w:t>
            </w:r>
            <w:proofErr w:type="spellStart"/>
            <w:r>
              <w:t>成功指標</w:t>
            </w:r>
            <w:proofErr w:type="spellEnd"/>
          </w:p>
        </w:tc>
        <w:tc>
          <w:tcPr>
            <w:tcW w:w="5953" w:type="dxa"/>
          </w:tcPr>
          <w:p w14:paraId="59425ED1" w14:textId="77777777" w:rsidR="00E2686E" w:rsidRPr="005F4935" w:rsidRDefault="00534F40">
            <w:pPr>
              <w:rPr>
                <w:color w:val="FF0000"/>
                <w:lang w:eastAsia="zh-TW"/>
              </w:rPr>
            </w:pPr>
            <w:r w:rsidRPr="005F4935">
              <w:rPr>
                <w:color w:val="FF0000"/>
                <w:lang w:eastAsia="zh-TW"/>
              </w:rPr>
              <w:t>你怎麼知道網站成功？</w:t>
            </w:r>
            <w:proofErr w:type="gramStart"/>
            <w:r w:rsidRPr="005F4935">
              <w:rPr>
                <w:color w:val="FF0000"/>
                <w:lang w:eastAsia="zh-TW"/>
              </w:rPr>
              <w:t>（</w:t>
            </w:r>
            <w:proofErr w:type="gramEnd"/>
            <w:r w:rsidRPr="005F4935">
              <w:rPr>
                <w:color w:val="FF0000"/>
                <w:lang w:eastAsia="zh-TW"/>
              </w:rPr>
              <w:t>如：流量、互動、轉換</w:t>
            </w:r>
            <w:proofErr w:type="gramStart"/>
            <w:r w:rsidRPr="005F4935">
              <w:rPr>
                <w:color w:val="FF0000"/>
                <w:lang w:eastAsia="zh-TW"/>
              </w:rPr>
              <w:t>）</w:t>
            </w:r>
            <w:proofErr w:type="gramEnd"/>
          </w:p>
        </w:tc>
      </w:tr>
    </w:tbl>
    <w:p w14:paraId="3EB22288" w14:textId="13A8ACFE" w:rsidR="00E2686E" w:rsidRDefault="00534F40">
      <w:pPr>
        <w:pStyle w:val="21"/>
      </w:pPr>
      <w:proofErr w:type="spellStart"/>
      <w:r>
        <w:t>二、內容地圖（</w:t>
      </w:r>
      <w:r>
        <w:t>Content</w:t>
      </w:r>
      <w:proofErr w:type="spellEnd"/>
      <w:r>
        <w:t xml:space="preserve"> Mapping</w:t>
      </w:r>
      <w:r>
        <w:t>）</w:t>
      </w:r>
    </w:p>
    <w:p w14:paraId="52E38FB3" w14:textId="61FB3C58" w:rsidR="00E2686E" w:rsidRDefault="00534F40">
      <w:proofErr w:type="spellStart"/>
      <w:r>
        <w:t>目的：把網站內容具體化，形成資訊架構（</w:t>
      </w:r>
      <w:r>
        <w:t>IA</w:t>
      </w:r>
      <w:proofErr w:type="spellEnd"/>
      <w:r>
        <w:t>）。</w:t>
      </w:r>
    </w:p>
    <w:p w14:paraId="7E46ED68" w14:textId="133CF361" w:rsidR="007E349F" w:rsidRDefault="007E349F">
      <w:r w:rsidRPr="007E349F">
        <w:rPr>
          <w:noProof/>
        </w:rPr>
        <w:drawing>
          <wp:inline distT="0" distB="0" distL="0" distR="0" wp14:anchorId="2451952D" wp14:editId="15A37D14">
            <wp:extent cx="5486400" cy="149098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3260"/>
        <w:gridCol w:w="1701"/>
      </w:tblGrid>
      <w:tr w:rsidR="007E349F" w14:paraId="5A57902B" w14:textId="77777777" w:rsidTr="007E349F">
        <w:tc>
          <w:tcPr>
            <w:tcW w:w="1668" w:type="dxa"/>
          </w:tcPr>
          <w:p w14:paraId="7F0CAD20" w14:textId="77777777" w:rsidR="007E349F" w:rsidRDefault="007E349F">
            <w:proofErr w:type="spellStart"/>
            <w:r>
              <w:t>頁面名稱</w:t>
            </w:r>
            <w:proofErr w:type="spellEnd"/>
          </w:p>
        </w:tc>
        <w:tc>
          <w:tcPr>
            <w:tcW w:w="1984" w:type="dxa"/>
          </w:tcPr>
          <w:p w14:paraId="245AA26E" w14:textId="77777777" w:rsidR="007E349F" w:rsidRDefault="007E349F">
            <w:r>
              <w:t>主要目的</w:t>
            </w:r>
          </w:p>
        </w:tc>
        <w:tc>
          <w:tcPr>
            <w:tcW w:w="3260" w:type="dxa"/>
          </w:tcPr>
          <w:p w14:paraId="44162EE7" w14:textId="77777777" w:rsidR="007E349F" w:rsidRDefault="007E349F">
            <w:r>
              <w:t>內容項目</w:t>
            </w:r>
          </w:p>
        </w:tc>
        <w:tc>
          <w:tcPr>
            <w:tcW w:w="1701" w:type="dxa"/>
          </w:tcPr>
          <w:p w14:paraId="22121EB3" w14:textId="77777777" w:rsidR="007E349F" w:rsidRDefault="007E349F">
            <w:r>
              <w:t>更新頻率</w:t>
            </w:r>
          </w:p>
        </w:tc>
      </w:tr>
      <w:tr w:rsidR="007E349F" w14:paraId="7E2F6E8C" w14:textId="77777777" w:rsidTr="007E349F">
        <w:tc>
          <w:tcPr>
            <w:tcW w:w="1668" w:type="dxa"/>
          </w:tcPr>
          <w:p w14:paraId="6C42B7A1" w14:textId="77777777" w:rsidR="007E349F" w:rsidRDefault="007E349F">
            <w:proofErr w:type="spellStart"/>
            <w:r>
              <w:t>首頁</w:t>
            </w:r>
            <w:proofErr w:type="spellEnd"/>
          </w:p>
        </w:tc>
        <w:tc>
          <w:tcPr>
            <w:tcW w:w="1984" w:type="dxa"/>
          </w:tcPr>
          <w:p w14:paraId="568B9EE9" w14:textId="77777777" w:rsidR="007E349F" w:rsidRDefault="007E349F">
            <w:r>
              <w:t>吸引用戶、導流</w:t>
            </w:r>
          </w:p>
        </w:tc>
        <w:tc>
          <w:tcPr>
            <w:tcW w:w="3260" w:type="dxa"/>
          </w:tcPr>
          <w:p w14:paraId="455C4190" w14:textId="77777777" w:rsidR="007E349F" w:rsidRDefault="007E349F">
            <w:pPr>
              <w:rPr>
                <w:lang w:eastAsia="zh-TW"/>
              </w:rPr>
            </w:pPr>
            <w:r>
              <w:rPr>
                <w:lang w:eastAsia="zh-TW"/>
              </w:rPr>
              <w:t>橫幅、焦點消息、導</w:t>
            </w:r>
            <w:proofErr w:type="gramStart"/>
            <w:r>
              <w:rPr>
                <w:lang w:eastAsia="zh-TW"/>
              </w:rPr>
              <w:t>覽</w:t>
            </w:r>
            <w:proofErr w:type="gramEnd"/>
            <w:r>
              <w:rPr>
                <w:lang w:eastAsia="zh-TW"/>
              </w:rPr>
              <w:t>列</w:t>
            </w:r>
          </w:p>
        </w:tc>
        <w:tc>
          <w:tcPr>
            <w:tcW w:w="1701" w:type="dxa"/>
          </w:tcPr>
          <w:p w14:paraId="7F4C00E2" w14:textId="08D871B7" w:rsidR="007E349F" w:rsidRDefault="007E349F">
            <w:r>
              <w:t>無</w:t>
            </w:r>
          </w:p>
        </w:tc>
      </w:tr>
      <w:tr w:rsidR="007E349F" w14:paraId="061B75E1" w14:textId="77777777" w:rsidTr="007E349F">
        <w:tc>
          <w:tcPr>
            <w:tcW w:w="1668" w:type="dxa"/>
          </w:tcPr>
          <w:p w14:paraId="5E9175CB" w14:textId="4E045EB9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新知</w:t>
            </w:r>
          </w:p>
        </w:tc>
        <w:tc>
          <w:tcPr>
            <w:tcW w:w="1984" w:type="dxa"/>
          </w:tcPr>
          <w:p w14:paraId="0D60CFF4" w14:textId="2E13D4E2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介紹最新</w:t>
            </w: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訊息，吸引用戶</w:t>
            </w:r>
          </w:p>
        </w:tc>
        <w:tc>
          <w:tcPr>
            <w:tcW w:w="3260" w:type="dxa"/>
          </w:tcPr>
          <w:p w14:paraId="561689FF" w14:textId="5D6306CF" w:rsidR="007E349F" w:rsidRDefault="007E349F">
            <w:pPr>
              <w:rPr>
                <w:lang w:eastAsia="zh-TW"/>
              </w:rPr>
            </w:pPr>
            <w:r>
              <w:rPr>
                <w:lang w:eastAsia="zh-TW"/>
              </w:rPr>
              <w:t>部落格文章</w:t>
            </w:r>
          </w:p>
        </w:tc>
        <w:tc>
          <w:tcPr>
            <w:tcW w:w="1701" w:type="dxa"/>
          </w:tcPr>
          <w:p w14:paraId="39B8EAFB" w14:textId="19E41E97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t>每週</w:t>
            </w:r>
            <w:r>
              <w:rPr>
                <w:rFonts w:eastAsia="新細明體" w:hint="eastAsia"/>
                <w:lang w:eastAsia="zh-TW"/>
              </w:rPr>
              <w:t>2</w:t>
            </w:r>
            <w:r>
              <w:rPr>
                <w:rFonts w:eastAsia="新細明體" w:hint="eastAsia"/>
                <w:lang w:eastAsia="zh-TW"/>
              </w:rPr>
              <w:t>篇</w:t>
            </w:r>
          </w:p>
        </w:tc>
      </w:tr>
      <w:tr w:rsidR="007E349F" w14:paraId="67BFAA8F" w14:textId="77777777" w:rsidTr="007E349F">
        <w:tc>
          <w:tcPr>
            <w:tcW w:w="1668" w:type="dxa"/>
          </w:tcPr>
          <w:p w14:paraId="241131D2" w14:textId="391B699A" w:rsid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實戰</w:t>
            </w:r>
          </w:p>
        </w:tc>
        <w:tc>
          <w:tcPr>
            <w:tcW w:w="1984" w:type="dxa"/>
          </w:tcPr>
          <w:p w14:paraId="42B1177C" w14:textId="01AEED1E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介紹</w:t>
            </w: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使用的案例，乾貨區</w:t>
            </w:r>
          </w:p>
        </w:tc>
        <w:tc>
          <w:tcPr>
            <w:tcW w:w="3260" w:type="dxa"/>
          </w:tcPr>
          <w:p w14:paraId="1EDED3DB" w14:textId="46C4DE0A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部落格文章</w:t>
            </w:r>
            <w:r>
              <w:rPr>
                <w:rFonts w:eastAsia="新細明體" w:hint="eastAsia"/>
                <w:lang w:eastAsia="zh-TW"/>
              </w:rPr>
              <w:t>+</w:t>
            </w:r>
            <w:proofErr w:type="spellStart"/>
            <w:r>
              <w:rPr>
                <w:rFonts w:eastAsia="新細明體"/>
                <w:lang w:eastAsia="zh-TW"/>
              </w:rPr>
              <w:t>youtube</w:t>
            </w:r>
            <w:proofErr w:type="spellEnd"/>
            <w:r>
              <w:rPr>
                <w:rFonts w:eastAsia="新細明體"/>
                <w:lang w:eastAsia="zh-TW"/>
              </w:rPr>
              <w:t>影片示範</w:t>
            </w:r>
          </w:p>
        </w:tc>
        <w:tc>
          <w:tcPr>
            <w:tcW w:w="1701" w:type="dxa"/>
          </w:tcPr>
          <w:p w14:paraId="657229EF" w14:textId="2A14D50B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每週</w:t>
            </w:r>
            <w:r>
              <w:rPr>
                <w:rFonts w:eastAsia="新細明體" w:hint="eastAsia"/>
                <w:lang w:eastAsia="zh-TW"/>
              </w:rPr>
              <w:t>1</w:t>
            </w:r>
            <w:r>
              <w:rPr>
                <w:rFonts w:eastAsia="新細明體"/>
                <w:lang w:eastAsia="zh-TW"/>
              </w:rPr>
              <w:t>篇</w:t>
            </w:r>
          </w:p>
        </w:tc>
      </w:tr>
      <w:tr w:rsidR="007E349F" w14:paraId="33546B97" w14:textId="77777777" w:rsidTr="007E349F">
        <w:tc>
          <w:tcPr>
            <w:tcW w:w="1668" w:type="dxa"/>
          </w:tcPr>
          <w:p w14:paraId="42B9E613" w14:textId="519A44D2" w:rsid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思維</w:t>
            </w:r>
          </w:p>
        </w:tc>
        <w:tc>
          <w:tcPr>
            <w:tcW w:w="1984" w:type="dxa"/>
          </w:tcPr>
          <w:p w14:paraId="70BC5126" w14:textId="5FC8C028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介紹更高層次的</w:t>
            </w: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使用邏</w:t>
            </w:r>
            <w:r>
              <w:rPr>
                <w:rFonts w:eastAsia="新細明體" w:hint="eastAsia"/>
                <w:lang w:eastAsia="zh-TW"/>
              </w:rPr>
              <w:t>輯</w:t>
            </w:r>
          </w:p>
        </w:tc>
        <w:tc>
          <w:tcPr>
            <w:tcW w:w="3260" w:type="dxa"/>
          </w:tcPr>
          <w:p w14:paraId="03820E60" w14:textId="3686CF34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部落格文章，站外引用連結（學術文章、影片等等）</w:t>
            </w:r>
          </w:p>
        </w:tc>
        <w:tc>
          <w:tcPr>
            <w:tcW w:w="1701" w:type="dxa"/>
          </w:tcPr>
          <w:p w14:paraId="2F6E3E2F" w14:textId="5F4FB950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每</w:t>
            </w:r>
            <w:r>
              <w:rPr>
                <w:rFonts w:eastAsia="新細明體" w:hint="eastAsia"/>
                <w:lang w:eastAsia="zh-TW"/>
              </w:rPr>
              <w:t>2</w:t>
            </w:r>
            <w:proofErr w:type="gramStart"/>
            <w:r>
              <w:rPr>
                <w:rFonts w:eastAsia="新細明體" w:hint="eastAsia"/>
                <w:lang w:eastAsia="zh-TW"/>
              </w:rPr>
              <w:t>週</w:t>
            </w:r>
            <w:proofErr w:type="gramEnd"/>
            <w:r>
              <w:rPr>
                <w:rFonts w:eastAsia="新細明體" w:hint="eastAsia"/>
                <w:lang w:eastAsia="zh-TW"/>
              </w:rPr>
              <w:t>1</w:t>
            </w:r>
            <w:r>
              <w:rPr>
                <w:rFonts w:eastAsia="新細明體" w:hint="eastAsia"/>
                <w:lang w:eastAsia="zh-TW"/>
              </w:rPr>
              <w:t>篇</w:t>
            </w:r>
          </w:p>
        </w:tc>
      </w:tr>
      <w:tr w:rsidR="007E349F" w14:paraId="4E6A61B3" w14:textId="77777777" w:rsidTr="007E349F">
        <w:tc>
          <w:tcPr>
            <w:tcW w:w="1668" w:type="dxa"/>
          </w:tcPr>
          <w:p w14:paraId="7643BA37" w14:textId="5058EC7C" w:rsid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任意門</w:t>
            </w:r>
          </w:p>
        </w:tc>
        <w:tc>
          <w:tcPr>
            <w:tcW w:w="1984" w:type="dxa"/>
          </w:tcPr>
          <w:p w14:paraId="1F4BD50E" w14:textId="6D6A0A3E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lang w:eastAsia="zh-TW"/>
              </w:rPr>
              <w:t>各種好用</w:t>
            </w:r>
            <w:r>
              <w:rPr>
                <w:rFonts w:eastAsia="新細明體" w:hint="eastAsia"/>
                <w:lang w:eastAsia="zh-TW"/>
              </w:rPr>
              <w:t>A</w:t>
            </w:r>
            <w:r>
              <w:rPr>
                <w:rFonts w:eastAsia="新細明體"/>
                <w:lang w:eastAsia="zh-TW"/>
              </w:rPr>
              <w:t>I</w:t>
            </w:r>
            <w:r>
              <w:rPr>
                <w:rFonts w:eastAsia="新細明體"/>
                <w:lang w:eastAsia="zh-TW"/>
              </w:rPr>
              <w:t>工具的快速連結</w:t>
            </w:r>
          </w:p>
        </w:tc>
        <w:tc>
          <w:tcPr>
            <w:tcW w:w="3260" w:type="dxa"/>
          </w:tcPr>
          <w:p w14:paraId="3B394457" w14:textId="11E3B0E5" w:rsidR="007E349F" w:rsidRDefault="007E349F">
            <w:pPr>
              <w:rPr>
                <w:lang w:eastAsia="zh-TW"/>
              </w:rPr>
            </w:pPr>
            <w:r>
              <w:rPr>
                <w:lang w:eastAsia="zh-TW"/>
              </w:rPr>
              <w:t>頁面</w:t>
            </w:r>
          </w:p>
        </w:tc>
        <w:tc>
          <w:tcPr>
            <w:tcW w:w="1701" w:type="dxa"/>
          </w:tcPr>
          <w:p w14:paraId="1EFF97AC" w14:textId="179CAB8D" w:rsidR="007E349F" w:rsidRP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rFonts w:eastAsia="新細明體" w:hint="eastAsia"/>
                <w:lang w:eastAsia="zh-TW"/>
              </w:rPr>
              <w:t>每季定期更新</w:t>
            </w:r>
          </w:p>
        </w:tc>
      </w:tr>
      <w:tr w:rsidR="007E349F" w14:paraId="3CC2A442" w14:textId="77777777" w:rsidTr="007E349F">
        <w:tc>
          <w:tcPr>
            <w:tcW w:w="1668" w:type="dxa"/>
          </w:tcPr>
          <w:p w14:paraId="77168A96" w14:textId="01D41048" w:rsidR="007E349F" w:rsidRDefault="007E349F">
            <w:pPr>
              <w:rPr>
                <w:rFonts w:eastAsia="新細明體"/>
                <w:lang w:eastAsia="zh-TW"/>
              </w:rPr>
            </w:pPr>
            <w:r>
              <w:rPr>
                <w:rFonts w:eastAsia="新細明體" w:hint="eastAsia"/>
                <w:lang w:eastAsia="zh-TW"/>
              </w:rPr>
              <w:t>聯絡我們</w:t>
            </w:r>
          </w:p>
        </w:tc>
        <w:tc>
          <w:tcPr>
            <w:tcW w:w="1984" w:type="dxa"/>
          </w:tcPr>
          <w:p w14:paraId="36CF870B" w14:textId="7F7444CC" w:rsidR="007E349F" w:rsidRDefault="007E349F">
            <w:pPr>
              <w:rPr>
                <w:lang w:eastAsia="zh-TW"/>
              </w:rPr>
            </w:pPr>
            <w:r>
              <w:rPr>
                <w:lang w:eastAsia="zh-TW"/>
              </w:rPr>
              <w:t>與受眾的互動區</w:t>
            </w:r>
          </w:p>
        </w:tc>
        <w:tc>
          <w:tcPr>
            <w:tcW w:w="3260" w:type="dxa"/>
          </w:tcPr>
          <w:p w14:paraId="527C6FDC" w14:textId="7FF6B293" w:rsidR="007E349F" w:rsidRDefault="007E349F">
            <w:pPr>
              <w:rPr>
                <w:lang w:eastAsia="zh-TW"/>
              </w:rPr>
            </w:pPr>
            <w:r>
              <w:rPr>
                <w:lang w:eastAsia="zh-TW"/>
              </w:rPr>
              <w:t>連絡方式、互動表單</w:t>
            </w:r>
          </w:p>
        </w:tc>
        <w:tc>
          <w:tcPr>
            <w:tcW w:w="1701" w:type="dxa"/>
          </w:tcPr>
          <w:p w14:paraId="0ADC33FA" w14:textId="77777777" w:rsidR="007E349F" w:rsidRDefault="007E349F">
            <w:pPr>
              <w:rPr>
                <w:rFonts w:eastAsia="新細明體"/>
                <w:lang w:eastAsia="zh-TW"/>
              </w:rPr>
            </w:pPr>
          </w:p>
        </w:tc>
      </w:tr>
    </w:tbl>
    <w:p w14:paraId="7CB0DF73" w14:textId="490146CB" w:rsidR="00E2686E" w:rsidRDefault="00534F40">
      <w:pPr>
        <w:pStyle w:val="21"/>
      </w:pPr>
      <w:proofErr w:type="spellStart"/>
      <w:r>
        <w:t>三、關鍵訊息（</w:t>
      </w:r>
      <w:r>
        <w:t>Message</w:t>
      </w:r>
      <w:proofErr w:type="spellEnd"/>
      <w:r>
        <w:t xml:space="preserve"> &amp; Story</w:t>
      </w:r>
      <w:r>
        <w:t>）</w:t>
      </w:r>
    </w:p>
    <w:p w14:paraId="287942E1" w14:textId="77777777" w:rsidR="00E2686E" w:rsidRDefault="00534F40">
      <w:pPr>
        <w:rPr>
          <w:lang w:eastAsia="zh-TW"/>
        </w:rPr>
      </w:pPr>
      <w:r>
        <w:rPr>
          <w:lang w:eastAsia="zh-TW"/>
        </w:rPr>
        <w:t>目的：聚焦網站要傳達的核心敘事與價值。</w:t>
      </w:r>
    </w:p>
    <w:p w14:paraId="4F076E34" w14:textId="474C4410" w:rsidR="00E2686E" w:rsidRDefault="00534F40">
      <w:pPr>
        <w:pStyle w:val="a"/>
        <w:rPr>
          <w:lang w:eastAsia="zh-TW"/>
        </w:rPr>
      </w:pPr>
      <w:r>
        <w:rPr>
          <w:lang w:eastAsia="zh-TW"/>
        </w:rPr>
        <w:lastRenderedPageBreak/>
        <w:t>用一句話說明你希望訪客離開網站時記住什麼？</w:t>
      </w:r>
    </w:p>
    <w:p w14:paraId="6B1BB122" w14:textId="6D8A0FDB" w:rsidR="00E2686E" w:rsidRDefault="00534F40">
      <w:pPr>
        <w:pStyle w:val="a"/>
        <w:rPr>
          <w:lang w:eastAsia="zh-TW"/>
        </w:rPr>
      </w:pPr>
      <w:r>
        <w:rPr>
          <w:lang w:eastAsia="zh-TW"/>
        </w:rPr>
        <w:t>若網站是一個人，他會怎麼說話？</w:t>
      </w:r>
      <w:proofErr w:type="gramStart"/>
      <w:r>
        <w:rPr>
          <w:lang w:eastAsia="zh-TW"/>
        </w:rPr>
        <w:t>（</w:t>
      </w:r>
      <w:proofErr w:type="gramEnd"/>
      <w:r>
        <w:rPr>
          <w:lang w:eastAsia="zh-TW"/>
        </w:rPr>
        <w:t>語氣：正式／</w:t>
      </w:r>
      <w:proofErr w:type="gramStart"/>
      <w:r>
        <w:rPr>
          <w:lang w:eastAsia="zh-TW"/>
        </w:rPr>
        <w:t>溫暖／</w:t>
      </w:r>
      <w:proofErr w:type="gramEnd"/>
      <w:r>
        <w:rPr>
          <w:lang w:eastAsia="zh-TW"/>
        </w:rPr>
        <w:t>活潑／專業</w:t>
      </w:r>
      <w:proofErr w:type="gramStart"/>
      <w:r>
        <w:rPr>
          <w:lang w:eastAsia="zh-TW"/>
        </w:rPr>
        <w:t>）</w:t>
      </w:r>
      <w:proofErr w:type="gramEnd"/>
    </w:p>
    <w:p w14:paraId="206742F0" w14:textId="6DC70D18" w:rsidR="00E2686E" w:rsidRDefault="00534F40">
      <w:pPr>
        <w:pStyle w:val="a"/>
        <w:rPr>
          <w:lang w:eastAsia="zh-TW"/>
        </w:rPr>
      </w:pPr>
      <w:r>
        <w:rPr>
          <w:lang w:eastAsia="zh-TW"/>
        </w:rPr>
        <w:t>三個關鍵字描述你的網站個性：</w:t>
      </w:r>
      <w:proofErr w:type="gramStart"/>
      <w:r>
        <w:rPr>
          <w:lang w:eastAsia="zh-TW"/>
        </w:rPr>
        <w:t>＿＿＿＿＿</w:t>
      </w:r>
      <w:proofErr w:type="gramEnd"/>
      <w:r>
        <w:rPr>
          <w:lang w:eastAsia="zh-TW"/>
        </w:rPr>
        <w:t>、</w:t>
      </w:r>
      <w:proofErr w:type="gramStart"/>
      <w:r>
        <w:rPr>
          <w:lang w:eastAsia="zh-TW"/>
        </w:rPr>
        <w:t>＿＿＿＿＿</w:t>
      </w:r>
      <w:proofErr w:type="gramEnd"/>
      <w:r>
        <w:rPr>
          <w:lang w:eastAsia="zh-TW"/>
        </w:rPr>
        <w:t>、</w:t>
      </w:r>
      <w:proofErr w:type="gramStart"/>
      <w:r>
        <w:rPr>
          <w:lang w:eastAsia="zh-TW"/>
        </w:rPr>
        <w:t>＿＿＿＿＿</w:t>
      </w:r>
      <w:proofErr w:type="gramEnd"/>
      <w:r>
        <w:rPr>
          <w:lang w:eastAsia="zh-TW"/>
        </w:rPr>
        <w:t>。</w:t>
      </w:r>
    </w:p>
    <w:p w14:paraId="347FC615" w14:textId="45EE4340" w:rsidR="00E2686E" w:rsidRDefault="00534F40">
      <w:pPr>
        <w:pStyle w:val="a"/>
        <w:rPr>
          <w:lang w:eastAsia="zh-TW"/>
        </w:rPr>
      </w:pPr>
      <w:r>
        <w:rPr>
          <w:lang w:eastAsia="zh-TW"/>
        </w:rPr>
        <w:t>網站最想引發訪客的行動是什麼？</w:t>
      </w:r>
      <w:proofErr w:type="gramStart"/>
      <w:r>
        <w:rPr>
          <w:lang w:eastAsia="zh-TW"/>
        </w:rPr>
        <w:t>（</w:t>
      </w:r>
      <w:proofErr w:type="gramEnd"/>
      <w:r>
        <w:rPr>
          <w:lang w:eastAsia="zh-TW"/>
        </w:rPr>
        <w:t>例：訂閱、報名、分享</w:t>
      </w:r>
      <w:proofErr w:type="gramStart"/>
      <w:r>
        <w:rPr>
          <w:lang w:eastAsia="zh-TW"/>
        </w:rPr>
        <w:t>）</w:t>
      </w:r>
      <w:proofErr w:type="gramEnd"/>
    </w:p>
    <w:p w14:paraId="24DEE5C1" w14:textId="5105AE44" w:rsidR="00E2686E" w:rsidRDefault="00534F40">
      <w:pPr>
        <w:pStyle w:val="21"/>
        <w:rPr>
          <w:lang w:eastAsia="zh-TW"/>
        </w:rPr>
      </w:pPr>
      <w:r>
        <w:rPr>
          <w:lang w:eastAsia="zh-TW"/>
        </w:rPr>
        <w:t>四、風格靈感（</w:t>
      </w:r>
      <w:r>
        <w:rPr>
          <w:lang w:eastAsia="zh-TW"/>
        </w:rPr>
        <w:t xml:space="preserve">Design </w:t>
      </w:r>
      <w:proofErr w:type="spellStart"/>
      <w:r>
        <w:rPr>
          <w:lang w:eastAsia="zh-TW"/>
        </w:rPr>
        <w:t>Moodboard</w:t>
      </w:r>
      <w:proofErr w:type="spellEnd"/>
      <w:r>
        <w:rPr>
          <w:lang w:eastAsia="zh-TW"/>
        </w:rPr>
        <w:t>）</w:t>
      </w:r>
    </w:p>
    <w:p w14:paraId="1620D397" w14:textId="5ED51005" w:rsidR="00E2686E" w:rsidRDefault="00534F40">
      <w:pPr>
        <w:rPr>
          <w:rFonts w:eastAsia="新細明體"/>
          <w:lang w:eastAsia="zh-TW"/>
        </w:rPr>
      </w:pPr>
      <w:r>
        <w:rPr>
          <w:lang w:eastAsia="zh-TW"/>
        </w:rPr>
        <w:t>目的：以視覺與感覺的方式探索設計方向</w:t>
      </w:r>
      <w:r w:rsidR="007E349F">
        <w:rPr>
          <w:lang w:eastAsia="zh-TW"/>
        </w:rPr>
        <w:t>，貼上首頁</w:t>
      </w:r>
    </w:p>
    <w:p w14:paraId="2ED489A7" w14:textId="2027DE51" w:rsidR="007E349F" w:rsidRPr="007E349F" w:rsidRDefault="005F4935" w:rsidP="005F4935">
      <w:pPr>
        <w:jc w:val="center"/>
        <w:rPr>
          <w:rFonts w:eastAsia="新細明體"/>
          <w:lang w:eastAsia="zh-TW"/>
        </w:rPr>
      </w:pPr>
      <w:r w:rsidRPr="005F4935">
        <w:rPr>
          <w:rFonts w:eastAsia="新細明體"/>
          <w:lang w:eastAsia="zh-TW"/>
        </w:rPr>
        <w:drawing>
          <wp:inline distT="0" distB="0" distL="0" distR="0" wp14:anchorId="34889DB9" wp14:editId="7BE684D3">
            <wp:extent cx="4993663" cy="5309235"/>
            <wp:effectExtent l="0" t="0" r="0" b="571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6874" cy="531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1803A" w14:textId="78672917" w:rsidR="00E2686E" w:rsidRDefault="00534F40">
      <w:pPr>
        <w:pStyle w:val="21"/>
      </w:pPr>
      <w:proofErr w:type="spellStart"/>
      <w:r>
        <w:t>五、功能與互動設計（</w:t>
      </w:r>
      <w:r>
        <w:t>Feature</w:t>
      </w:r>
      <w:proofErr w:type="spellEnd"/>
      <w:r>
        <w:t xml:space="preserve"> Planning</w:t>
      </w:r>
      <w:r>
        <w:t>）</w:t>
      </w:r>
    </w:p>
    <w:p w14:paraId="08C0E539" w14:textId="77777777" w:rsidR="00E2686E" w:rsidRDefault="00534F40">
      <w:pPr>
        <w:rPr>
          <w:lang w:eastAsia="zh-TW"/>
        </w:rPr>
      </w:pPr>
      <w:r>
        <w:rPr>
          <w:lang w:eastAsia="zh-TW"/>
        </w:rPr>
        <w:t>目的：明確列出網站需要具備的功能。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725"/>
        <w:gridCol w:w="1726"/>
        <w:gridCol w:w="1726"/>
        <w:gridCol w:w="1727"/>
        <w:gridCol w:w="1726"/>
      </w:tblGrid>
      <w:tr w:rsidR="00E2686E" w14:paraId="04EFB8CC" w14:textId="77777777">
        <w:tc>
          <w:tcPr>
            <w:tcW w:w="1728" w:type="dxa"/>
          </w:tcPr>
          <w:p w14:paraId="6B267F5E" w14:textId="77777777" w:rsidR="00E2686E" w:rsidRDefault="00534F40">
            <w:proofErr w:type="spellStart"/>
            <w:r>
              <w:t>功能名稱</w:t>
            </w:r>
            <w:proofErr w:type="spellEnd"/>
          </w:p>
        </w:tc>
        <w:tc>
          <w:tcPr>
            <w:tcW w:w="1728" w:type="dxa"/>
          </w:tcPr>
          <w:p w14:paraId="3EF12ACE" w14:textId="77777777" w:rsidR="00E2686E" w:rsidRDefault="00534F40">
            <w:r>
              <w:t>使用目的</w:t>
            </w:r>
          </w:p>
        </w:tc>
        <w:tc>
          <w:tcPr>
            <w:tcW w:w="1728" w:type="dxa"/>
          </w:tcPr>
          <w:p w14:paraId="45040085" w14:textId="77777777" w:rsidR="00E2686E" w:rsidRDefault="00534F40">
            <w:r>
              <w:t>優先順序</w:t>
            </w:r>
          </w:p>
        </w:tc>
        <w:tc>
          <w:tcPr>
            <w:tcW w:w="1728" w:type="dxa"/>
          </w:tcPr>
          <w:p w14:paraId="4594C66F" w14:textId="77777777" w:rsidR="00E2686E" w:rsidRDefault="00534F40">
            <w:r>
              <w:t>實作方式</w:t>
            </w:r>
          </w:p>
        </w:tc>
        <w:tc>
          <w:tcPr>
            <w:tcW w:w="1728" w:type="dxa"/>
          </w:tcPr>
          <w:p w14:paraId="778D5B2D" w14:textId="77777777" w:rsidR="00E2686E" w:rsidRDefault="00534F40">
            <w:r>
              <w:t>備註</w:t>
            </w:r>
          </w:p>
        </w:tc>
      </w:tr>
      <w:tr w:rsidR="00E2686E" w14:paraId="0E72E674" w14:textId="77777777">
        <w:tc>
          <w:tcPr>
            <w:tcW w:w="1728" w:type="dxa"/>
          </w:tcPr>
          <w:p w14:paraId="7B912FDD" w14:textId="77777777" w:rsidR="00E2686E" w:rsidRDefault="00534F40">
            <w:r>
              <w:lastRenderedPageBreak/>
              <w:t>聯絡表單</w:t>
            </w:r>
          </w:p>
        </w:tc>
        <w:tc>
          <w:tcPr>
            <w:tcW w:w="1728" w:type="dxa"/>
          </w:tcPr>
          <w:p w14:paraId="0BE6359D" w14:textId="77777777" w:rsidR="00E2686E" w:rsidRDefault="00534F40">
            <w:r>
              <w:t>讓訪客留言</w:t>
            </w:r>
          </w:p>
        </w:tc>
        <w:tc>
          <w:tcPr>
            <w:tcW w:w="1728" w:type="dxa"/>
          </w:tcPr>
          <w:p w14:paraId="19A3731F" w14:textId="77777777" w:rsidR="00E2686E" w:rsidRDefault="00534F40">
            <w:r>
              <w:t>高</w:t>
            </w:r>
          </w:p>
        </w:tc>
        <w:tc>
          <w:tcPr>
            <w:tcW w:w="1728" w:type="dxa"/>
          </w:tcPr>
          <w:p w14:paraId="2E8430BF" w14:textId="77777777" w:rsidR="00E2686E" w:rsidRDefault="00534F40">
            <w:r>
              <w:t>使用</w:t>
            </w:r>
            <w:r>
              <w:t xml:space="preserve"> Google Form</w:t>
            </w:r>
          </w:p>
        </w:tc>
        <w:tc>
          <w:tcPr>
            <w:tcW w:w="1728" w:type="dxa"/>
          </w:tcPr>
          <w:p w14:paraId="204EE9FA" w14:textId="77777777" w:rsidR="00E2686E" w:rsidRDefault="00534F40">
            <w:r>
              <w:t>可加驗證碼</w:t>
            </w:r>
          </w:p>
        </w:tc>
      </w:tr>
    </w:tbl>
    <w:p w14:paraId="10B4A2C1" w14:textId="28A05277" w:rsidR="00E2686E" w:rsidRDefault="00E2686E" w:rsidP="007E349F">
      <w:pPr>
        <w:pStyle w:val="21"/>
      </w:pPr>
    </w:p>
    <w:sectPr w:rsidR="00E2686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8B1B5" w14:textId="77777777" w:rsidR="00AB2CCF" w:rsidRDefault="00AB2CCF" w:rsidP="005F4935">
      <w:pPr>
        <w:spacing w:after="0" w:line="240" w:lineRule="auto"/>
      </w:pPr>
      <w:r>
        <w:separator/>
      </w:r>
    </w:p>
  </w:endnote>
  <w:endnote w:type="continuationSeparator" w:id="0">
    <w:p w14:paraId="05C2DF86" w14:textId="77777777" w:rsidR="00AB2CCF" w:rsidRDefault="00AB2CCF" w:rsidP="005F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D05E0" w14:textId="77777777" w:rsidR="00AB2CCF" w:rsidRDefault="00AB2CCF" w:rsidP="005F4935">
      <w:pPr>
        <w:spacing w:after="0" w:line="240" w:lineRule="auto"/>
      </w:pPr>
      <w:r>
        <w:separator/>
      </w:r>
    </w:p>
  </w:footnote>
  <w:footnote w:type="continuationSeparator" w:id="0">
    <w:p w14:paraId="7182F9A7" w14:textId="77777777" w:rsidR="00AB2CCF" w:rsidRDefault="00AB2CCF" w:rsidP="005F4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4F40"/>
    <w:rsid w:val="005F4935"/>
    <w:rsid w:val="007E349F"/>
    <w:rsid w:val="00AA1D8D"/>
    <w:rsid w:val="00AB2CCF"/>
    <w:rsid w:val="00B47730"/>
    <w:rsid w:val="00CB0664"/>
    <w:rsid w:val="00E268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99E3E7"/>
  <w14:defaultImageDpi w14:val="300"/>
  <w15:docId w15:val="{CED23B7C-401A-4B0F-8755-8DE6A1CA1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budalogy</cp:lastModifiedBy>
  <cp:revision>3</cp:revision>
  <dcterms:created xsi:type="dcterms:W3CDTF">2025-11-12T02:10:00Z</dcterms:created>
  <dcterms:modified xsi:type="dcterms:W3CDTF">2025-11-12T02:47:00Z</dcterms:modified>
  <cp:category/>
</cp:coreProperties>
</file>